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№537 от 11.12.2025г.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№432 от 12.12.2024г.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№466 от 13.12.2023г.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№226 от 02.06.2023г.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№119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№639 от 16.12.2022г.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№638 от 13.12.2021г.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513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686 от 23.12.2019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640 от 26.12.2018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