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№553 от 05.12.2025г.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№284 от 20.06.2025г.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№260 от 19.06.2025г.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№464 от 27.12.2024г.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№230 от 27.06.2024г.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№260 от 26.06.2023г.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363 от 28.06.2022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№313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