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№506 от 27.11.2025г.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№412 от 20.11.2024г.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