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№503 от 25.11.2025г.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№409 от 18.11.2024г.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№432 от 20.11.2023г.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№573 от 25.11.2022г.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578 от 29.11.2021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144 от 23.03.2021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