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№479 от 24.11.2025г.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№391 от 12.11.2024г.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№418 от 08.11.2023г.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№577 от 09.11.2022г.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№577 от 09.11.2022г.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