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№501 от 24.11.2025г.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№579 от 10.11.2022г.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592 от 06.11.2019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610 от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536 от 02.11.2018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467 от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343 от 19.06.2018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212 от 13.11.2017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