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</w:tblPr>
      <w:tblGrid>
        <w:gridCol w:w="1728"/>
        <w:gridCol w:w="1728"/>
        <w:gridCol w:w="1728"/>
        <w:gridCol w:w="1728"/>
        <w:gridCol w:w="1728"/>
      </w:tblGrid>
      <w:tr>
        <w:tc>
          <w:tcPr>
            <w:tcW w:type="dxa" w:w="1728"/>
          </w:tcPr>
          <w:p>
            <w:r>
              <w:rPr>
                <w:rFonts w:ascii="Times New Roman" w:hAnsi="Times New Roman"/>
                <w:b/>
                <w:sz w:val="24"/>
              </w:rPr>
              <w:t>Заголовок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/>
                <w:sz w:val="24"/>
              </w:rPr>
              <w:t>Дата решения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/>
                <w:sz w:val="24"/>
              </w:rPr>
              <w:t>Месяц, год проверки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/>
                <w:sz w:val="24"/>
              </w:rPr>
              <w:t>Перечень мер дисциплинарного воздействия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/>
                <w:sz w:val="24"/>
              </w:rPr>
              <w:t>Результат проверки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плановой проверки №497 от 20.11.2025г.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20.11.2025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11.2025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Отсутствуют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Нарушений не имеется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плановой проверки №597 от 23.11.2022г.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23.11.2022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11.2022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Отсутствуют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Нарушений не имеется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плановой проверки № 567 от 11.11.2019 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11.11.2019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11.2019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Отсутствуют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Нарушений не имеется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плановой проверки № 531 от 08.11.2018 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08.11.2018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11.2018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Отсутствуют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Нарушений не имеется</w:t>
            </w:r>
          </w:p>
        </w:tc>
      </w:tr>
    </w:tbl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