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№496 от 20.11.2025г.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№600 от 24.11.2022г.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№626 от 18.11.2019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