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№495 от 19.11.2025г.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№580 от 10.11.2022г.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№653 от 22.11.2019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585 от 21.11.2018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236 от 23.11.2017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