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№489 от 14.11.2025г.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№403 от 13.11.2024г.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№428 от 15.11.2023г.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№591 от 08.12.2022г.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589 от 24.11.2021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Прекратить дисциплинарное производство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205 от 19.04.2021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№481 от 20.11.2020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№658 от 27.11.2019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591 от 04.12.2018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