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№486 от 13.11.2025г.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№400 от 12.11.2024г.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№415 от 16.11.2023г.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№587 от 16.11.2022г.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577 от 25.11.2021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448 от 27.08.2021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469 от 20.11.2020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№656 от 26.11.2019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589 от 03.12.2018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