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№475 от 31.10.2025г.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№322 от 25.07.2025г.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06.11.2025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