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№463 от 29.10.2025г.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№375 от 17.10.2024г.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№401 от 18.10.2023г.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№555 от 25.10.2022г.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546 от 25.10.2021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441 от 21.10.2020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582 от 22.10.2019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515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202 от 30.10.2017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