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7 от 24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4 от 11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0 от 07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2 от 15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