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№414 от 24.09.2025г.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№348 от 24.09.2024г.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№372 от 26.09.2023г.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520 от 28.09.2022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480 от 29.09.2021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392 от 25.09.2020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521 от 24.09.2019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477 от 25.09.2018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84 от 09.02.2018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