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№430 от 17.09.2025г.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№99 от 24.02.2022г.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 от 28.01.2022г.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627 от 30.11.2021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17.03.2022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 от 31.01.2019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385 от 20.07.2018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216 от 27.04.2018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20.07.2018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 от 08.02.2018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