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№389 от 08.09.2025г.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№457 от 15.08.2022г.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423 от 27.08.2019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403 от 10.08.2018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150 от 29.08.2017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166 от 06.09.2016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128 от 14.09.2015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133 от 09.09.2014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136 от 10.09.2013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143 от 28.08.2012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