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№379 от 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неплановой проверки №325 от 22.07.2025г.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235 от 16.05.2025г.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№406 от 15.11.2024г.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22.05.2025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№416 от 20.11.2023г.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№572 от 24.22.2022г.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№371 от 21.06.2022г.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№293 от 23.05.2022г.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№229 от 29.04.2022г.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26.05.2022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592 от 26.11.2021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598 от 16.11.2021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520 от 28.09.2021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18.11.2021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145 от 26.03.2021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 от 20.01.2021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497 от 25.11.2020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№483 от 24.11.2020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412 от 23.09.2020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316 от 22.07.2020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227 от 20.05.2020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79 от 26.02.2020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 от 29.01.2020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709 от 17.12.2019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№637 от 12.12.2019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№662 от 05.11.2019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устранить нарушение в срок до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542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103 от 01.03.2019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598 от 13.12.2018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175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