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№371 от 11.08.2025г.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№335 от 06.08.2025г.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140 от 13.03.2025г.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10 000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84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14.08.2025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