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№312 от 18.07.2025г.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18.07.2025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393 от 07.07.2022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346 от 04.07.2019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549 от 12.10.2018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318 от 05.07.2018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05.07.2018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12.10.2018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95 от 13.07.2017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13.07.2017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123 от 13.07.2016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13.07.2016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57 от 30.03.2016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86 от 13.07.2015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13.07.2015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31.03.2016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95 от 09.07.2014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09.07.2014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107 от 02.07.2012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02.07.2012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