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№304 от 14.07.2025г.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14.07.2025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№451 от 20.12.2024г.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20.12.2024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