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22.04.2025г.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№432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№306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№194 от 27.04.2022г.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503 от 24.09.2021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387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