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10.04.2025г.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№183 от 15.04.2022г.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173 от 15.04.2021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30.04.2020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