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151 от 08.04.2025г.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№417 от 12.11.2024г.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