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 от 17.02.2025г.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№125 от 11.02.2022г.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140 от 18.03.2019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