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14.02.2025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22.02.2019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463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338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19.02.2018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302 от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188 от 15.09.2017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