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 от 28.01.2025г.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№237 от 19.06.2024г.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