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№457 от 20.12.2024г.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Прекращение Дисциплинарного производства в связи с добровольным выходом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 от 19.01.2023г.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№287 от 12.05.2022г.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