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№450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№174 от 11.04.2022г.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138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03.04.2019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09.04.2018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98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286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 от 10.04.2017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 от 08.04.2016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 от 08.04.2015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 от 03.04.2014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 от 21.03.2013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 от 22.03.2012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