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292 от 20.08.2024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407 от 18.08.2021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