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№256 от 12.07.2024г.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16.01.2025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№287 от 13.07.2023г.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№404 от 15.07.2022г.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603 от 16.11.2021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519 от 28.09.2021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18.11.2021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351 от 19.07.2021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287 от 17.07.2020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393 от 18.07.2019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359 от 10.07.2018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272 от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140 от 21.08.2017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160 от 25.08.2016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91 от 29.04.2016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224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29.04.2016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122 от 31.08.2015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74 от 08.05.2015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127 от 29.08.2014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130 от 30.08.2013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137 от 17.08.2012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