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№215 от 18.06.2024г.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№249 от 16.06.2023г.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№348 от 20.06.2022г.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294 от 22.06.2021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243 от 17.06.2020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341 от 01.07.2019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307 от 09.07.2018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359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