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75 от 27.05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51 от 29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