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195 от 17.05.2024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Прекращение Дисциплинарного производства в связи с добровольным выходом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№108 от 11.03.2024г.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23.05.2024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№357 от 15.09.2023г.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14.03.2024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505 от 19.09.2022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№320 от 20.05.2022г.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