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№66 от 28.02.2024г.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№314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 от 15.02.2021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