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№475 от 19.12.2023г.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№378 от 15.09.2023г.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№266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№212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№647 от 22.12.2022г.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№308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№648 от 22.12.2021г.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