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№403 от 19.10.2023г.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