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391 от 11.10.2023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№607 от 07.11.2022г.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