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№361 от  19.09.2023г.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509 от 21.09.2022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468 от 21.09.2021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384 от 11.09.2020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132 от 10.04.2019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387 от 03.08.2018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144 от 09.04.2018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