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№267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№210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№117 от 09.03.2022г.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№117 от 09.03.2022г.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 от 28.01.2022г.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№664 от 21.12.2021г.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