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№202 от 30.05.2023г.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№271 от 26.05.2022г.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