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№177 от 11.05.2023г.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№252 от 18.05.2022г.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233 от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354 от 05.08.2020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22.05.2020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