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№209 от 10.05.2023г.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№51 от 09.02.2023г.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