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№159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№630 от 09.12.2022г.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265 от 17.06.2020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18.06.2020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179 от 15.04.2020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75 от 19.02.2020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714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№687 от 06.12.2019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595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308 от 14.12.2017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232 от 15.12.2016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15.12.2015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179 от 12.12.2014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13.12.2013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30.11.2012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