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462 от 17.08.2022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