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№405 от 15.07.2022г.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15.11.2022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352 от 19.07.2021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311 от 08.06.2021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319 от 24.07.2020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24.07.2020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288 от 10.07.2020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377 от 22.07.2019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