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№382 от 28.06.2022г.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№323 от 31.05.2022г.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№319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№89 от 14.03.2022г.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312 от 08.06.2021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10.03.2021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№405 от 09.09.2020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64 от 02.03.2020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№287 от 29.05.2019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