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№292 от 23.05.2022г.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№297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№228 от 29.04.2022г.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26.05.2022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445 от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