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№222 от 26.04.2022г.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№130 от 16.03.2022г.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28.04.2022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122 от 27.03.2019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