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№159 от 22.03.2022г.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№665 от 21.12.2021г.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